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  <w:gridCol w:w="4896"/>
      </w:tblGrid>
      <w:tr w:rsidR="00674CD7" w14:paraId="197F2D79" w14:textId="77777777" w:rsidTr="00674CD7">
        <w:trPr>
          <w:jc w:val="center"/>
        </w:trPr>
        <w:tc>
          <w:tcPr>
            <w:tcW w:w="4896" w:type="dxa"/>
          </w:tcPr>
          <w:p w14:paraId="3A33CF9B" w14:textId="6BBD0B1F" w:rsidR="00674CD7" w:rsidRDefault="00674CD7" w:rsidP="00674CD7">
            <w:pPr>
              <w:bidi/>
            </w:pPr>
            <w:r w:rsidRPr="00674CD7">
              <w:rPr>
                <w:rFonts w:ascii="Cairo Light" w:hAnsi="Cairo Light" w:cs="Cairo Light"/>
                <w:b/>
                <w:sz w:val="21"/>
                <w:rtl/>
              </w:rPr>
              <w:t>اسم المعلم: ..........</w:t>
            </w:r>
            <w:r>
              <w:rPr>
                <w:rFonts w:ascii="Cairo Light" w:hAnsi="Cairo Light" w:cs="Cairo Light" w:hint="cs"/>
                <w:b/>
                <w:sz w:val="21"/>
                <w:rtl/>
              </w:rPr>
              <w:t>........</w:t>
            </w:r>
            <w:r w:rsidRPr="00674CD7">
              <w:rPr>
                <w:rFonts w:ascii="Cairo Light" w:hAnsi="Cairo Light" w:cs="Cairo Light"/>
                <w:b/>
                <w:sz w:val="21"/>
                <w:rtl/>
              </w:rPr>
              <w:t>..........................</w:t>
            </w:r>
            <w:r>
              <w:rPr>
                <w:rFonts w:ascii="Traditional Arabic" w:hAnsi="Traditional Arabic"/>
                <w:b/>
                <w:rtl/>
              </w:rPr>
              <w:br/>
            </w:r>
          </w:p>
        </w:tc>
        <w:tc>
          <w:tcPr>
            <w:tcW w:w="4896" w:type="dxa"/>
          </w:tcPr>
          <w:p w14:paraId="70B02D5F" w14:textId="7CE5F10C" w:rsidR="00674CD7" w:rsidRDefault="00674CD7" w:rsidP="00674CD7">
            <w:pPr>
              <w:bidi/>
              <w:jc w:val="center"/>
            </w:pPr>
            <w:r w:rsidRPr="00674CD7">
              <w:rPr>
                <w:rFonts w:ascii="Cairo Light" w:hAnsi="Cairo Light" w:cs="Cairo Light"/>
                <w:b/>
                <w:color w:val="1B365D"/>
                <w:sz w:val="24"/>
                <w:szCs w:val="20"/>
                <w:rtl/>
              </w:rPr>
              <w:t>كشف المتابعة اليومية للقرآن الكريم</w:t>
            </w:r>
            <w:r w:rsidRPr="00674CD7">
              <w:rPr>
                <w:rFonts w:ascii="Cairo Light" w:hAnsi="Cairo Light" w:cs="Cairo Light"/>
                <w:b/>
                <w:color w:val="1B365D"/>
                <w:sz w:val="24"/>
                <w:szCs w:val="20"/>
                <w:rtl/>
              </w:rPr>
              <w:br/>
            </w:r>
            <w:r w:rsidR="004337DB" w:rsidRPr="004337DB">
              <w:rPr>
                <w:rFonts w:ascii="Cairo Light" w:hAnsi="Cairo Light" w:cs="Cairo Light"/>
                <w:rtl/>
              </w:rPr>
              <w:t>المرحلة المتوسطة</w:t>
            </w:r>
          </w:p>
        </w:tc>
        <w:tc>
          <w:tcPr>
            <w:tcW w:w="4896" w:type="dxa"/>
          </w:tcPr>
          <w:p w14:paraId="31C97AF7" w14:textId="3FD6DD35" w:rsidR="00674CD7" w:rsidRDefault="00674CD7" w:rsidP="00674CD7">
            <w:pPr>
              <w:bidi/>
              <w:jc w:val="right"/>
            </w:pPr>
            <w:r w:rsidRPr="00674CD7">
              <w:rPr>
                <w:rFonts w:ascii="Cairo Light" w:hAnsi="Cairo Light" w:cs="Cairo Light"/>
                <w:b/>
                <w:sz w:val="21"/>
                <w:rtl/>
              </w:rPr>
              <w:t>العام الدراسي: ١٤٤٨ هـ / ٢٠٢٦ - ٢٠٢٧ م</w:t>
            </w:r>
            <w:r w:rsidRPr="00674CD7">
              <w:rPr>
                <w:rFonts w:ascii="Cairo Light" w:hAnsi="Cairo Light" w:cs="Cairo Light"/>
                <w:b/>
                <w:sz w:val="21"/>
                <w:rtl/>
              </w:rPr>
              <w:br/>
              <w:t>الصف: ......</w:t>
            </w:r>
            <w:r>
              <w:rPr>
                <w:rFonts w:ascii="Cairo Light" w:hAnsi="Cairo Light" w:cs="Cairo Light" w:hint="cs"/>
                <w:b/>
                <w:sz w:val="21"/>
                <w:rtl/>
              </w:rPr>
              <w:t>......</w:t>
            </w:r>
            <w:r w:rsidRPr="00674CD7">
              <w:rPr>
                <w:rFonts w:ascii="Cairo Light" w:hAnsi="Cairo Light" w:cs="Cairo Light"/>
                <w:b/>
                <w:sz w:val="21"/>
                <w:rtl/>
              </w:rPr>
              <w:t>...... / الشعبة: .....</w:t>
            </w:r>
            <w:r>
              <w:rPr>
                <w:rFonts w:ascii="Cairo Light" w:hAnsi="Cairo Light" w:cs="Cairo Light" w:hint="cs"/>
                <w:b/>
                <w:sz w:val="21"/>
                <w:rtl/>
              </w:rPr>
              <w:t>.....</w:t>
            </w:r>
            <w:r w:rsidRPr="00674CD7">
              <w:rPr>
                <w:rFonts w:ascii="Cairo Light" w:hAnsi="Cairo Light" w:cs="Cairo Light"/>
                <w:b/>
                <w:sz w:val="21"/>
                <w:rtl/>
              </w:rPr>
              <w:t>.......</w:t>
            </w:r>
          </w:p>
        </w:tc>
      </w:tr>
    </w:tbl>
    <w:p w14:paraId="3F004955" w14:textId="77777777" w:rsidR="00AC66BE" w:rsidRDefault="00AC66BE">
      <w:pPr>
        <w:spacing w:before="40" w:after="40" w:line="120" w:lineRule="auto"/>
      </w:pP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"/>
        <w:gridCol w:w="2952"/>
        <w:gridCol w:w="662"/>
        <w:gridCol w:w="662"/>
        <w:gridCol w:w="662"/>
        <w:gridCol w:w="662"/>
        <w:gridCol w:w="835"/>
        <w:gridCol w:w="662"/>
        <w:gridCol w:w="662"/>
        <w:gridCol w:w="662"/>
        <w:gridCol w:w="835"/>
        <w:gridCol w:w="792"/>
        <w:gridCol w:w="1080"/>
        <w:gridCol w:w="1080"/>
        <w:gridCol w:w="1066"/>
      </w:tblGrid>
      <w:tr w:rsidR="0098320F" w14:paraId="7432E1A7" w14:textId="77777777" w:rsidTr="0098320F">
        <w:trPr>
          <w:trHeight w:val="611"/>
          <w:tblHeader/>
          <w:jc w:val="center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4F7"/>
            <w:vAlign w:val="center"/>
          </w:tcPr>
          <w:p w14:paraId="090A1B92" w14:textId="6A248CDC" w:rsidR="0098320F" w:rsidRDefault="0098320F" w:rsidP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م</w:t>
            </w:r>
          </w:p>
        </w:tc>
        <w:tc>
          <w:tcPr>
            <w:tcW w:w="2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4F7"/>
            <w:vAlign w:val="center"/>
          </w:tcPr>
          <w:p w14:paraId="63D073C6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rtl/>
              </w:rPr>
              <w:t>اسم المتعلم</w:t>
            </w:r>
          </w:p>
        </w:tc>
        <w:tc>
          <w:tcPr>
            <w:tcW w:w="3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4EF65490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القسم الأول (الأسابيع الستة الأولى)</w:t>
            </w:r>
          </w:p>
        </w:tc>
        <w:tc>
          <w:tcPr>
            <w:tcW w:w="3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5B16E5C9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القسم الثاني (الأسابيع الستة الثانية)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7"/>
            <w:vAlign w:val="center"/>
          </w:tcPr>
          <w:p w14:paraId="187A492E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مجموع</w:t>
            </w: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br/>
              <w:t>درجات</w:t>
            </w: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br/>
              <w:t>الأعمال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DEC"/>
            <w:vAlign w:val="center"/>
          </w:tcPr>
          <w:p w14:paraId="2656388A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التقييم النهائي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5F7"/>
            <w:vAlign w:val="center"/>
          </w:tcPr>
          <w:p w14:paraId="54C3BCE8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الدرجة</w:t>
            </w: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br/>
              <w:t>النهائية</w:t>
            </w:r>
          </w:p>
        </w:tc>
      </w:tr>
      <w:tr w:rsidR="0098320F" w14:paraId="6159058A" w14:textId="77777777" w:rsidTr="002972D2">
        <w:trPr>
          <w:tblHeader/>
          <w:jc w:val="center"/>
        </w:trPr>
        <w:tc>
          <w:tcPr>
            <w:tcW w:w="5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7A78C" w14:textId="1DCADFC3" w:rsidR="0098320F" w:rsidRDefault="0098320F" w:rsidP="002972D2">
            <w:pPr>
              <w:bidi/>
              <w:spacing w:after="0" w:line="240" w:lineRule="auto"/>
              <w:jc w:val="center"/>
            </w:pPr>
          </w:p>
        </w:tc>
        <w:tc>
          <w:tcPr>
            <w:tcW w:w="2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384A5" w14:textId="77777777" w:rsidR="0098320F" w:rsidRDefault="0098320F"/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textDirection w:val="btLr"/>
            <w:vAlign w:val="center"/>
          </w:tcPr>
          <w:p w14:paraId="58F47F2A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السلوك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textDirection w:val="btLr"/>
            <w:vAlign w:val="center"/>
          </w:tcPr>
          <w:p w14:paraId="36BF4434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المشاركة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62A83F7A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الواجبات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textDirection w:val="btLr"/>
            <w:vAlign w:val="center"/>
          </w:tcPr>
          <w:p w14:paraId="6B981B30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7"/>
                <w:rtl/>
              </w:rPr>
              <w:t>الاختبار القصير (١)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textDirection w:val="btLr"/>
            <w:vAlign w:val="center"/>
          </w:tcPr>
          <w:p w14:paraId="4557E18B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السلوك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textDirection w:val="btLr"/>
            <w:vAlign w:val="center"/>
          </w:tcPr>
          <w:p w14:paraId="57747AEB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المشاركة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textDirection w:val="btLr"/>
            <w:vAlign w:val="center"/>
          </w:tcPr>
          <w:p w14:paraId="2A9C7904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الواجبات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textDirection w:val="btLr"/>
            <w:vAlign w:val="center"/>
          </w:tcPr>
          <w:p w14:paraId="4FDB5AA8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7"/>
                <w:rtl/>
              </w:rPr>
              <w:t>الاختبار القصير (٢)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textDirection w:val="btLr"/>
            <w:vAlign w:val="center"/>
          </w:tcPr>
          <w:p w14:paraId="2D31AE75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8"/>
                <w:rtl/>
              </w:rPr>
              <w:t>المشروع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86A8" w14:textId="77777777" w:rsidR="0098320F" w:rsidRDefault="0098320F"/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DEC"/>
            <w:textDirection w:val="btLr"/>
            <w:vAlign w:val="center"/>
          </w:tcPr>
          <w:p w14:paraId="7080D829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7"/>
                <w:rtl/>
              </w:rPr>
              <w:t>امتحان نهاية</w:t>
            </w:r>
            <w:r>
              <w:rPr>
                <w:rFonts w:ascii="Traditional Arabic" w:hAnsi="Traditional Arabic" w:cs="Traditional Arabic"/>
                <w:b/>
                <w:color w:val="000000"/>
                <w:sz w:val="17"/>
                <w:rtl/>
              </w:rPr>
              <w:br/>
              <w:t>الفصل الدراسي</w:t>
            </w: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83C6" w14:textId="77777777" w:rsidR="0098320F" w:rsidRDefault="0098320F"/>
        </w:tc>
      </w:tr>
      <w:tr w:rsidR="0098320F" w14:paraId="2FE9DDDB" w14:textId="77777777" w:rsidTr="0098320F">
        <w:trPr>
          <w:trHeight w:val="1106"/>
          <w:tblHeader/>
          <w:jc w:val="center"/>
        </w:trPr>
        <w:tc>
          <w:tcPr>
            <w:tcW w:w="5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66B55" w14:textId="1D1DCA67" w:rsidR="0098320F" w:rsidRDefault="0098320F" w:rsidP="002972D2">
            <w:pPr>
              <w:bidi/>
              <w:spacing w:after="0" w:line="240" w:lineRule="auto"/>
              <w:jc w:val="center"/>
            </w:pPr>
          </w:p>
        </w:tc>
        <w:tc>
          <w:tcPr>
            <w:tcW w:w="29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05A71" w14:textId="77777777" w:rsidR="0098320F" w:rsidRDefault="0098320F"/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9497" w14:textId="77777777" w:rsidR="0098320F" w:rsidRDefault="0098320F"/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4224" w14:textId="77777777" w:rsidR="0098320F" w:rsidRDefault="0098320F"/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textDirection w:val="btLr"/>
            <w:vAlign w:val="center"/>
          </w:tcPr>
          <w:p w14:paraId="550D3E63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6"/>
                <w:rtl/>
              </w:rPr>
              <w:t>الواجب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textDirection w:val="btLr"/>
            <w:vAlign w:val="center"/>
          </w:tcPr>
          <w:p w14:paraId="781F3799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6"/>
                <w:rtl/>
              </w:rPr>
              <w:t>ورقة العمل</w:t>
            </w: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EE67" w14:textId="77777777" w:rsidR="0098320F" w:rsidRDefault="0098320F"/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CF25" w14:textId="77777777" w:rsidR="0098320F" w:rsidRDefault="0098320F"/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7D3B" w14:textId="77777777" w:rsidR="0098320F" w:rsidRDefault="0098320F"/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2284" w14:textId="77777777" w:rsidR="0098320F" w:rsidRDefault="0098320F"/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F2E1" w14:textId="77777777" w:rsidR="0098320F" w:rsidRDefault="0098320F"/>
        </w:tc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5BCE" w14:textId="77777777" w:rsidR="0098320F" w:rsidRDefault="0098320F"/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E545" w14:textId="77777777" w:rsidR="0098320F" w:rsidRDefault="0098320F"/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7696" w14:textId="77777777" w:rsidR="0098320F" w:rsidRDefault="0098320F"/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2F42" w14:textId="77777777" w:rsidR="0098320F" w:rsidRDefault="0098320F"/>
        </w:tc>
      </w:tr>
      <w:tr w:rsidR="0098320F" w14:paraId="7C438FA1" w14:textId="77777777" w:rsidTr="002972D2">
        <w:trPr>
          <w:tblHeader/>
          <w:jc w:val="center"/>
        </w:trPr>
        <w:tc>
          <w:tcPr>
            <w:tcW w:w="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vAlign w:val="center"/>
          </w:tcPr>
          <w:p w14:paraId="39F0DD18" w14:textId="31A0998C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2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vAlign w:val="center"/>
          </w:tcPr>
          <w:p w14:paraId="685EC6F2" w14:textId="272E4132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17031AF7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٣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6D2E4288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٤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22BB3C37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٢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0401D789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٢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EC"/>
            <w:vAlign w:val="center"/>
          </w:tcPr>
          <w:p w14:paraId="55B6562B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١٠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4F14A0B0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٣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65655D72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٤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7CBED2A0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٤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3FA339C3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١٠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4FA"/>
            <w:vAlign w:val="center"/>
          </w:tcPr>
          <w:p w14:paraId="73EBCE92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7"/>
            <w:vAlign w:val="center"/>
          </w:tcPr>
          <w:p w14:paraId="3860A3FC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٥٠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DEC"/>
            <w:vAlign w:val="center"/>
          </w:tcPr>
          <w:p w14:paraId="6E7FD894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٥٠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5F7"/>
            <w:vAlign w:val="center"/>
          </w:tcPr>
          <w:p w14:paraId="39A4A465" w14:textId="77777777" w:rsidR="0098320F" w:rsidRDefault="0098320F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20"/>
                <w:rtl/>
              </w:rPr>
              <w:t>١٠٠</w:t>
            </w:r>
          </w:p>
        </w:tc>
      </w:tr>
      <w:tr w:rsidR="00AC66BE" w14:paraId="4F643799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6EA04A1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AC0791F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4F34B9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4A6C115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C4A207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2CB5269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D256B5F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F9504A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2DFB51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B31E41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408A99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B5FC2A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3BB599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569808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B74802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390C59F6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52B5B89B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2077EBDA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339FBFFF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12955D2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07234789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F7C063E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0408709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2D2F77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026D529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370594E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6C2EA1B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3FF9A2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0FC91FD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31D7168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2388255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26EBA589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9E3FB6D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3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A313BE5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DD39BF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A13B33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0CF265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5FDA31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E6706B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178A3E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C33675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B0F8F4E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EF9728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2AA5B7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C831CC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CF4309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EF8B95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09EA500D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393A4BB7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4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0C77883F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0B2876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3C01E5FE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2FE11E1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A4CF40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253ACB4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B94F347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7C45C32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1B5BCF1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2C25446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2CBE1E7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14A3055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4D115D42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2E3387B7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369F9750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D0DAAA8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5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058E81E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DCD8EC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1EA636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7F30482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100D6A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836AB7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45BD68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2410582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37CFC69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CEBF3C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2F3190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313897F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F8E74D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7258D0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5374ABA7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237CAF22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6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01576161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103F784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DF6959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27D6682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765DC8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49C9403E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8B25C45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7D8AA36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AAC56B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087039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66A1ADA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638F5B1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0DA6A4D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4D0EFFB5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3C1D7E8D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DEA0AE6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7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6B0DC3D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9FE035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0D267F7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2EB15E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FB4B22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222BEE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A03298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65D14A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BED569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B20445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FEB655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49BDEB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ABB4B1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E3BEDC5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36684016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528CB4D9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8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7B02C990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34FB8642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305A700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1887FB5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33C2AAD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4E212A09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695687F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37ABE44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860684E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058E583F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0DC2F8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5A18CC59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04645EE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1999A55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548DA068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86F6B26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9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56E84DE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BEC205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CA1DF2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8FADFC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B6835B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7E114C2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0E60C5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474A32E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9A4BDF5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01813D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6BE86B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642B8E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8BC460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9D6E7F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14851C32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584FA007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10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01BB1C1E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023249C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5E44DE1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1309DD5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7C7C360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4430AC7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1A542A1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29DE9EC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C7EE30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0AD88B77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306B1AB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17ED9B9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11764B3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02305DA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54973DE9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19765CF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11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8299728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E98B505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3655257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1149F0F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F26D8E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05C7A6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6CF87E5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29D3FE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5AA1182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86E7AB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166E48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359AFF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2BF5A1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1EEE36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5B398EE5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492EFCC5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12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2AA3E556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6CA1F0E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1BA4A86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16DCB43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2BFA31B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385218D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090B8E4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0B11DE2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784DB35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EDA53F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28D366FF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512316AF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4A2A0D7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4A528809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70D8CE86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A2BC7EC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13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CA195AF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DF81219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0DB136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F84842E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9CF94C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B8C703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5BA9FF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3987FD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C6DD15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C040BAF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2410AB3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4442B8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645A95E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97F39C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7A4C3A9A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4877EA35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14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AFAFA"/>
            <w:vAlign w:val="center"/>
          </w:tcPr>
          <w:p w14:paraId="3B60D316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0C8ED90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5F2963F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51ED0D4A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0E23B4D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AF5"/>
            <w:vAlign w:val="center"/>
          </w:tcPr>
          <w:p w14:paraId="0ADC5CBE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2DE9BF2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7111723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557D058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54E09F80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4F8FC"/>
            <w:vAlign w:val="center"/>
          </w:tcPr>
          <w:p w14:paraId="4853E20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55139317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6AFEC40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BFBFC"/>
            <w:vAlign w:val="center"/>
          </w:tcPr>
          <w:p w14:paraId="4AB419B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AC66BE" w14:paraId="2E7EDE13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9712912" w14:textId="77777777" w:rsidR="00AC66BE" w:rsidRDefault="00000000">
            <w:pPr>
              <w:bidi/>
              <w:spacing w:after="0" w:line="240" w:lineRule="auto"/>
              <w:jc w:val="center"/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15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5416C95" w14:textId="77777777" w:rsidR="00AC66BE" w:rsidRDefault="00AC66BE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9EF7031" w14:textId="77777777" w:rsidR="00AC66BE" w:rsidRDefault="00AC66BE">
            <w:pPr>
              <w:bidi/>
              <w:spacing w:after="0" w:line="240" w:lineRule="auto"/>
              <w:jc w:val="center"/>
              <w:rPr>
                <w:rFonts w:hint="cs"/>
              </w:rPr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1AFB609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CE72D85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BCA0E45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1926DCB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98AE0FC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FE5EE0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2E94B2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AF4CB06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C1D4CF7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B1E8AE1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DC2A9FD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00016FE" w14:textId="77777777" w:rsidR="00AC66BE" w:rsidRDefault="00AC66BE">
            <w:pPr>
              <w:bidi/>
              <w:spacing w:after="0" w:line="240" w:lineRule="auto"/>
              <w:jc w:val="center"/>
            </w:pPr>
          </w:p>
        </w:tc>
      </w:tr>
      <w:tr w:rsidR="0098320F" w14:paraId="642BE331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5445EF3" w14:textId="77777777" w:rsidR="0098320F" w:rsidRDefault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AFB3CC9" w14:textId="77777777" w:rsidR="0098320F" w:rsidRDefault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357C0D1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88CC493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B5E3384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7EB08F2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EC31C61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E24A7BA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F437963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A94BD9C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73AB9DB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2F8B22A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9D7EA85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B4CD47E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D80E05B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</w:tr>
      <w:tr w:rsidR="0098320F" w14:paraId="7ABF7242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12ECE5A" w14:textId="77777777" w:rsidR="0098320F" w:rsidRDefault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BAF16F5" w14:textId="77777777" w:rsidR="0098320F" w:rsidRDefault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7107AB0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E3F88EE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674E7E2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DF07F46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E4F86C8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BF2854B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1F05187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B74AC98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60E0322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29B06DE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063527C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D601EBD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B87FB46" w14:textId="77777777" w:rsidR="0098320F" w:rsidRDefault="0098320F">
            <w:pPr>
              <w:bidi/>
              <w:spacing w:after="0" w:line="240" w:lineRule="auto"/>
              <w:jc w:val="center"/>
            </w:pPr>
          </w:p>
        </w:tc>
      </w:tr>
      <w:tr w:rsidR="0098320F" w14:paraId="486A97D4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829AA20" w14:textId="3FC0DE03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16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17062D3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F8BD9E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333FF1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CCDD7D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FDD4B3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79A373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246385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AEB396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D05937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9F7D3F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38A7A9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28D31D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DBD05A7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78EB2B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3CD6D12C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A225C0E" w14:textId="6511F014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17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332576F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D5108B3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8C7B0E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FD9E9F3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5F1084A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AD7BFD8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1E7ADD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003F76D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337FBE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5C75E3A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C76AF5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0314F08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EB1C91D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57D23E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5D958546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1D13D6F" w14:textId="7C342B0B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18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32EC8FC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4E1103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936D47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781873D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F2DF6D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16475F7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60E845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5F7979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67FF04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5317489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550941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F4D4A6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32B754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53E2EC8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317AF38E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C5BB1F1" w14:textId="786447E5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19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4C65819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82E7FFE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AF0DCA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54D16E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973A27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42C51D8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34CC8AD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3BB5C5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5D1E74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0A30DDA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A57235D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BF45EF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8ECA5DE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9A3F1AA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3BC85E7E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B8B1E3D" w14:textId="3A27029E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20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313C4D4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872DB78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95A7E8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FB41AFE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B7C4CF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AA1F05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18DBABC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541673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9213CD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B27BCC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E80F7E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4B23C5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4C0D78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5182ECD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745FC025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D90E4BF" w14:textId="059C4CEE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21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AA4437D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ABDCC8D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E5D3BA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9C55373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21F32F3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1F27BC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E826F09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CEA7087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8EBD717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AA76458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2C17FC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44EC549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CF367D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0E4CB8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5BE14D3A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DC7E28E" w14:textId="583FFEA8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22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84B45C4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AC0446C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D0DC35D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140CC8B7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97CC6C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2E1D5BE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CD1CEFD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7FE882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AB9AAD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FDAD05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8769CB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96660B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799E0BE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54FA7B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066E8C11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96FE09D" w14:textId="2A1955B7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23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408C72B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FCD982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D541B9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EB2510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9DA909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0E8F88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492EB19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351DD53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6A4785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EA899FC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5283B3A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375026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AE902B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819877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28E8A2A9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ED8AA7A" w14:textId="28FA096D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24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910FF49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C1E5BD3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3B5925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7BC8BB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747EEF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DA6BE77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0E59B1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37AD217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9DA79F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D851E97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6F37359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49D1E2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A99E17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C6C118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4028139D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755A139" w14:textId="1B485A11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25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B16C78C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3F21668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95277BC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BC84CFA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E3DD8F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5B8E31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0EC5953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62B7D9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D7D41A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94B789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F5D1A4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1C7150C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D7F711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D22190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61CFAF82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A894E9F" w14:textId="41B3EBE2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26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09A0BD8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0C52E63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79192C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6B813FE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EE39FE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D798C2C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1B03637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C0C23F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8CBF8F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41A2379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69CF9E57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CFA511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A059EE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4AD923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5C52476E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6197513" w14:textId="5B8B2CDD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27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9AD1732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05FA2F8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FFBDAB7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C02510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FEC773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7DA6D08C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39B7AF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EC8B249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46C9DF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5F41779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035263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208F59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CC245E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400588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1B33B7D9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FB9E0D7" w14:textId="2A20BF4C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28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48F3874D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19A5DBA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A0A90B8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25ECF1D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A3C776E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2CBEA66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901B4E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185B758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1D7720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013D4B5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77FD3D9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DEEE8B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163E69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0918F4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179A5960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69889725" w14:textId="17637E89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29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81B679E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E62F7EF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5CE560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7C6377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6A4A6E33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4728D8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9ACE05D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78284BF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CF635A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4C74AD5E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32BD25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331B36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14BCD8D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2BD7F9E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  <w:tr w:rsidR="0098320F" w14:paraId="10756C1D" w14:textId="77777777" w:rsidTr="00674CD7">
        <w:trPr>
          <w:trHeight w:val="432"/>
          <w:jc w:val="center"/>
        </w:trPr>
        <w:tc>
          <w:tcPr>
            <w:tcW w:w="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04677F5" w14:textId="03C13C2D" w:rsidR="0098320F" w:rsidRDefault="0098320F" w:rsidP="0098320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</w:pPr>
            <w:r>
              <w:rPr>
                <w:rFonts w:ascii="Traditional Arabic" w:hAnsi="Traditional Arabic" w:cs="Traditional Arabic"/>
                <w:b/>
                <w:color w:val="000000"/>
                <w:sz w:val="19"/>
                <w:rtl/>
              </w:rPr>
              <w:t>30</w:t>
            </w:r>
          </w:p>
        </w:tc>
        <w:tc>
          <w:tcPr>
            <w:tcW w:w="295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A74DD3A" w14:textId="77777777" w:rsidR="0098320F" w:rsidRDefault="0098320F" w:rsidP="0098320F">
            <w:pPr>
              <w:bidi/>
              <w:spacing w:after="0" w:line="240" w:lineRule="auto"/>
              <w:jc w:val="right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057D123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33FF081A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59E6A5DC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0075CFA7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CFFFD"/>
            <w:vAlign w:val="center"/>
          </w:tcPr>
          <w:p w14:paraId="42ABEE45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8E0942C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AA14FC0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66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597D4494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35BCB4B6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79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DFFFF"/>
            <w:vAlign w:val="center"/>
          </w:tcPr>
          <w:p w14:paraId="236D86E1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3BDC3AA2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0AC22AFA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  <w:tc>
          <w:tcPr>
            <w:tcW w:w="106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55F76F4B" w14:textId="77777777" w:rsidR="0098320F" w:rsidRDefault="0098320F" w:rsidP="0098320F">
            <w:pPr>
              <w:bidi/>
              <w:spacing w:after="0" w:line="240" w:lineRule="auto"/>
              <w:jc w:val="center"/>
            </w:pPr>
          </w:p>
        </w:tc>
      </w:tr>
    </w:tbl>
    <w:p w14:paraId="6CD6AA9B" w14:textId="1E8B5869" w:rsidR="0098320F" w:rsidRPr="0098320F" w:rsidRDefault="0098320F" w:rsidP="0098320F">
      <w:pPr>
        <w:tabs>
          <w:tab w:val="left" w:pos="11520"/>
        </w:tabs>
      </w:pPr>
    </w:p>
    <w:sectPr w:rsidR="0098320F" w:rsidRPr="0098320F" w:rsidSect="00034616">
      <w:footerReference w:type="default" r:id="rId8"/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F9883" w14:textId="77777777" w:rsidR="00683E38" w:rsidRDefault="00683E38" w:rsidP="00674CD7">
      <w:pPr>
        <w:spacing w:after="0" w:line="240" w:lineRule="auto"/>
      </w:pPr>
      <w:r>
        <w:separator/>
      </w:r>
    </w:p>
  </w:endnote>
  <w:endnote w:type="continuationSeparator" w:id="0">
    <w:p w14:paraId="650B04CC" w14:textId="77777777" w:rsidR="00683E38" w:rsidRDefault="00683E38" w:rsidP="00674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iro Light">
    <w:panose1 w:val="00000400000000000000"/>
    <w:charset w:val="00"/>
    <w:family w:val="auto"/>
    <w:pitch w:val="variable"/>
    <w:sig w:usb0="00002007" w:usb1="00000001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2E107" w14:textId="17ADBFA4" w:rsidR="00674CD7" w:rsidRPr="00674CD7" w:rsidRDefault="00674CD7" w:rsidP="00674CD7">
    <w:pPr>
      <w:pStyle w:val="a6"/>
      <w:jc w:val="center"/>
      <w:rPr>
        <w:rFonts w:ascii="Cairo Light" w:hAnsi="Cairo Light" w:cs="Cairo Light"/>
        <w:sz w:val="28"/>
        <w:szCs w:val="28"/>
        <w:rtl/>
      </w:rPr>
    </w:pPr>
    <w:r w:rsidRPr="00674CD7">
      <w:rPr>
        <w:rFonts w:ascii="Cairo Light" w:hAnsi="Cairo Light" w:cs="Cairo Light"/>
        <w:sz w:val="28"/>
        <w:szCs w:val="28"/>
        <w:rtl/>
      </w:rPr>
      <w:t xml:space="preserve">توقيع </w:t>
    </w:r>
    <w:proofErr w:type="gramStart"/>
    <w:r w:rsidRPr="00674CD7">
      <w:rPr>
        <w:rFonts w:ascii="Cairo Light" w:hAnsi="Cairo Light" w:cs="Cairo Light"/>
        <w:sz w:val="28"/>
        <w:szCs w:val="28"/>
        <w:rtl/>
      </w:rPr>
      <w:t>المعلم :</w:t>
    </w:r>
    <w:proofErr w:type="gramEnd"/>
    <w:r w:rsidRPr="00674CD7">
      <w:rPr>
        <w:rFonts w:ascii="Cairo Light" w:hAnsi="Cairo Light" w:cs="Cairo Light"/>
        <w:sz w:val="28"/>
        <w:szCs w:val="28"/>
        <w:rtl/>
      </w:rPr>
      <w:t xml:space="preserve"> .....................................         </w:t>
    </w:r>
    <w:r w:rsidR="0098320F">
      <w:rPr>
        <w:rFonts w:ascii="Cairo Light" w:hAnsi="Cairo Light" w:cs="Cairo Light" w:hint="cs"/>
        <w:sz w:val="28"/>
        <w:szCs w:val="28"/>
        <w:rtl/>
      </w:rPr>
      <w:t xml:space="preserve">                                                                         </w:t>
    </w:r>
    <w:r w:rsidRPr="00674CD7">
      <w:rPr>
        <w:rFonts w:ascii="Cairo Light" w:hAnsi="Cairo Light" w:cs="Cairo Light"/>
        <w:sz w:val="28"/>
        <w:szCs w:val="28"/>
        <w:rtl/>
      </w:rPr>
      <w:t xml:space="preserve">                 </w:t>
    </w:r>
    <w:r w:rsidR="004337DB" w:rsidRPr="00674CD7">
      <w:rPr>
        <w:rFonts w:ascii="Cairo Light" w:hAnsi="Cairo Light" w:cs="Cairo Light" w:hint="cs"/>
        <w:sz w:val="28"/>
        <w:szCs w:val="28"/>
        <w:rtl/>
      </w:rPr>
      <w:t>اعتماد</w:t>
    </w:r>
    <w:r w:rsidRPr="00674CD7">
      <w:rPr>
        <w:rFonts w:ascii="Cairo Light" w:hAnsi="Cairo Light" w:cs="Cairo Light"/>
        <w:sz w:val="28"/>
        <w:szCs w:val="28"/>
        <w:rtl/>
      </w:rPr>
      <w:t xml:space="preserve"> رئيس </w:t>
    </w:r>
    <w:proofErr w:type="gramStart"/>
    <w:r w:rsidRPr="00674CD7">
      <w:rPr>
        <w:rFonts w:ascii="Cairo Light" w:hAnsi="Cairo Light" w:cs="Cairo Light"/>
        <w:sz w:val="28"/>
        <w:szCs w:val="28"/>
        <w:rtl/>
      </w:rPr>
      <w:t>القسم :</w:t>
    </w:r>
    <w:proofErr w:type="gramEnd"/>
    <w:r w:rsidRPr="00674CD7">
      <w:rPr>
        <w:rFonts w:ascii="Cairo Light" w:hAnsi="Cairo Light" w:cs="Cairo Light"/>
        <w:sz w:val="28"/>
        <w:szCs w:val="28"/>
        <w:rtl/>
      </w:rPr>
      <w:t xml:space="preserve"> ................................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25454" w14:textId="77777777" w:rsidR="00683E38" w:rsidRDefault="00683E38" w:rsidP="00674CD7">
      <w:pPr>
        <w:spacing w:after="0" w:line="240" w:lineRule="auto"/>
      </w:pPr>
      <w:r>
        <w:separator/>
      </w:r>
    </w:p>
  </w:footnote>
  <w:footnote w:type="continuationSeparator" w:id="0">
    <w:p w14:paraId="61AB57E5" w14:textId="77777777" w:rsidR="00683E38" w:rsidRDefault="00683E38" w:rsidP="00674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5250662">
    <w:abstractNumId w:val="8"/>
  </w:num>
  <w:num w:numId="2" w16cid:durableId="1409766081">
    <w:abstractNumId w:val="6"/>
  </w:num>
  <w:num w:numId="3" w16cid:durableId="1766412522">
    <w:abstractNumId w:val="5"/>
  </w:num>
  <w:num w:numId="4" w16cid:durableId="1957716492">
    <w:abstractNumId w:val="4"/>
  </w:num>
  <w:num w:numId="5" w16cid:durableId="259728566">
    <w:abstractNumId w:val="7"/>
  </w:num>
  <w:num w:numId="6" w16cid:durableId="79910304">
    <w:abstractNumId w:val="3"/>
  </w:num>
  <w:num w:numId="7" w16cid:durableId="1972982542">
    <w:abstractNumId w:val="2"/>
  </w:num>
  <w:num w:numId="8" w16cid:durableId="1105735909">
    <w:abstractNumId w:val="1"/>
  </w:num>
  <w:num w:numId="9" w16cid:durableId="39308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37DB"/>
    <w:rsid w:val="00674CD7"/>
    <w:rsid w:val="00683E38"/>
    <w:rsid w:val="007F1C84"/>
    <w:rsid w:val="00916E8A"/>
    <w:rsid w:val="0098320F"/>
    <w:rsid w:val="00AA1D8D"/>
    <w:rsid w:val="00AC66BE"/>
    <w:rsid w:val="00B47730"/>
    <w:rsid w:val="00CB0664"/>
    <w:rsid w:val="00F164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D8E151E"/>
  <w14:defaultImageDpi w14:val="300"/>
  <w15:docId w15:val="{E89293C7-F22F-42DA-816C-5F991E7E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العنوان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العنوان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عنوان فرعي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نص أساسي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نص أساسي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نص ماكرو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اقتباس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عنوان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عنوان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عنوان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عنوان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اقتباس مكثف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Haitham Elashamawi</cp:lastModifiedBy>
  <cp:revision>2</cp:revision>
  <cp:lastPrinted>2026-09-23T05:27:00Z</cp:lastPrinted>
  <dcterms:created xsi:type="dcterms:W3CDTF">2026-09-23T05:57:00Z</dcterms:created>
  <dcterms:modified xsi:type="dcterms:W3CDTF">2026-09-23T05:57:00Z</dcterms:modified>
  <cp:category/>
</cp:coreProperties>
</file>