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4896"/>
        <w:gridCol w:w="4896"/>
      </w:tblGrid>
      <w:tr w:rsidR="00791570" w14:paraId="20360E5E" w14:textId="77777777" w:rsidTr="00791570">
        <w:trPr>
          <w:jc w:val="center"/>
        </w:trPr>
        <w:tc>
          <w:tcPr>
            <w:tcW w:w="4896" w:type="dxa"/>
          </w:tcPr>
          <w:p w14:paraId="762B9B95" w14:textId="5DBB121D" w:rsidR="00791570" w:rsidRDefault="00791570" w:rsidP="00791570">
            <w:pPr>
              <w:bidi/>
            </w:pPr>
            <w:r w:rsidRPr="00674CD7">
              <w:rPr>
                <w:rFonts w:ascii="Cairo Light" w:hAnsi="Cairo Light" w:cs="Cairo Light"/>
                <w:b/>
                <w:sz w:val="21"/>
                <w:rtl/>
              </w:rPr>
              <w:t>اسم المعلم: ..........</w:t>
            </w:r>
            <w:r>
              <w:rPr>
                <w:rFonts w:ascii="Cairo Light" w:hAnsi="Cairo Light" w:cs="Cairo Light" w:hint="cs"/>
                <w:b/>
                <w:sz w:val="21"/>
                <w:rtl/>
              </w:rPr>
              <w:t>........</w:t>
            </w:r>
            <w:r w:rsidRPr="00674CD7">
              <w:rPr>
                <w:rFonts w:ascii="Cairo Light" w:hAnsi="Cairo Light" w:cs="Cairo Light"/>
                <w:b/>
                <w:sz w:val="21"/>
                <w:rtl/>
              </w:rPr>
              <w:t>..........................</w:t>
            </w:r>
            <w:r>
              <w:rPr>
                <w:rFonts w:ascii="Traditional Arabic" w:hAnsi="Traditional Arabic"/>
                <w:b/>
                <w:rtl/>
              </w:rPr>
              <w:br/>
            </w:r>
          </w:p>
        </w:tc>
        <w:tc>
          <w:tcPr>
            <w:tcW w:w="4896" w:type="dxa"/>
          </w:tcPr>
          <w:p w14:paraId="01FCAC54" w14:textId="7B3A4E5F" w:rsidR="00791570" w:rsidRDefault="00791570" w:rsidP="00791570">
            <w:pPr>
              <w:bidi/>
              <w:jc w:val="center"/>
            </w:pPr>
            <w:r w:rsidRPr="00674CD7">
              <w:rPr>
                <w:rFonts w:ascii="Cairo Light" w:hAnsi="Cairo Light" w:cs="Cairo Light"/>
                <w:b/>
                <w:color w:val="1B365D"/>
                <w:sz w:val="24"/>
                <w:szCs w:val="20"/>
                <w:rtl/>
              </w:rPr>
              <w:t>كشف المتابعة اليومية لل</w:t>
            </w:r>
            <w:r>
              <w:rPr>
                <w:rFonts w:ascii="Cairo Light" w:hAnsi="Cairo Light" w:cs="Cairo Light" w:hint="cs"/>
                <w:b/>
                <w:color w:val="1B365D"/>
                <w:sz w:val="24"/>
                <w:szCs w:val="20"/>
                <w:rtl/>
              </w:rPr>
              <w:t>تربية الإسلامية</w:t>
            </w:r>
            <w:r w:rsidRPr="00674CD7">
              <w:rPr>
                <w:rFonts w:ascii="Cairo Light" w:hAnsi="Cairo Light" w:cs="Cairo Light"/>
                <w:b/>
                <w:color w:val="1B365D"/>
                <w:sz w:val="24"/>
                <w:szCs w:val="20"/>
                <w:rtl/>
              </w:rPr>
              <w:br/>
            </w:r>
            <w:r w:rsidRPr="004337DB">
              <w:rPr>
                <w:rFonts w:ascii="Cairo Light" w:hAnsi="Cairo Light" w:cs="Cairo Light"/>
                <w:rtl/>
              </w:rPr>
              <w:t>المرحلة المتوسطة</w:t>
            </w:r>
          </w:p>
        </w:tc>
        <w:tc>
          <w:tcPr>
            <w:tcW w:w="4896" w:type="dxa"/>
          </w:tcPr>
          <w:p w14:paraId="556BB61B" w14:textId="3EC1D6A3" w:rsidR="00791570" w:rsidRDefault="00791570" w:rsidP="00791570">
            <w:pPr>
              <w:bidi/>
              <w:jc w:val="right"/>
            </w:pPr>
            <w:r w:rsidRPr="00674CD7">
              <w:rPr>
                <w:rFonts w:ascii="Cairo Light" w:hAnsi="Cairo Light" w:cs="Cairo Light"/>
                <w:b/>
                <w:sz w:val="21"/>
                <w:rtl/>
              </w:rPr>
              <w:t>العام الدراسي: ١٤٤٨ هـ / ٢٠٢٦ - ٢٠٢٧ م</w:t>
            </w:r>
            <w:r w:rsidRPr="00674CD7">
              <w:rPr>
                <w:rFonts w:ascii="Cairo Light" w:hAnsi="Cairo Light" w:cs="Cairo Light"/>
                <w:b/>
                <w:sz w:val="21"/>
                <w:rtl/>
              </w:rPr>
              <w:br/>
              <w:t>الصف: ......</w:t>
            </w:r>
            <w:r>
              <w:rPr>
                <w:rFonts w:ascii="Cairo Light" w:hAnsi="Cairo Light" w:cs="Cairo Light" w:hint="cs"/>
                <w:b/>
                <w:sz w:val="21"/>
                <w:rtl/>
              </w:rPr>
              <w:t>......</w:t>
            </w:r>
            <w:r w:rsidRPr="00674CD7">
              <w:rPr>
                <w:rFonts w:ascii="Cairo Light" w:hAnsi="Cairo Light" w:cs="Cairo Light"/>
                <w:b/>
                <w:sz w:val="21"/>
                <w:rtl/>
              </w:rPr>
              <w:t>...... / الشعبة: .....</w:t>
            </w:r>
            <w:r>
              <w:rPr>
                <w:rFonts w:ascii="Cairo Light" w:hAnsi="Cairo Light" w:cs="Cairo Light" w:hint="cs"/>
                <w:b/>
                <w:sz w:val="21"/>
                <w:rtl/>
              </w:rPr>
              <w:t>.....</w:t>
            </w:r>
            <w:r w:rsidRPr="00674CD7">
              <w:rPr>
                <w:rFonts w:ascii="Cairo Light" w:hAnsi="Cairo Light" w:cs="Cairo Light"/>
                <w:b/>
                <w:sz w:val="21"/>
                <w:rtl/>
              </w:rPr>
              <w:t>.......</w:t>
            </w:r>
          </w:p>
        </w:tc>
      </w:tr>
    </w:tbl>
    <w:p w14:paraId="54D1ED7C" w14:textId="77777777" w:rsidR="00F65D6A" w:rsidRDefault="00F65D6A">
      <w:pPr>
        <w:spacing w:before="40" w:after="40" w:line="120" w:lineRule="auto"/>
      </w:pPr>
    </w:p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6"/>
        <w:gridCol w:w="3312"/>
        <w:gridCol w:w="749"/>
        <w:gridCol w:w="749"/>
        <w:gridCol w:w="749"/>
        <w:gridCol w:w="893"/>
        <w:gridCol w:w="749"/>
        <w:gridCol w:w="749"/>
        <w:gridCol w:w="749"/>
        <w:gridCol w:w="893"/>
        <w:gridCol w:w="893"/>
        <w:gridCol w:w="1094"/>
        <w:gridCol w:w="1094"/>
        <w:gridCol w:w="1094"/>
      </w:tblGrid>
      <w:tr w:rsidR="00791570" w14:paraId="147F3864" w14:textId="77777777" w:rsidTr="003E1BD7">
        <w:trPr>
          <w:tblHeader/>
          <w:jc w:val="center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4F7"/>
            <w:vAlign w:val="center"/>
          </w:tcPr>
          <w:p w14:paraId="149096E0" w14:textId="77777777" w:rsidR="00791570" w:rsidRDefault="0079157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t>م</w:t>
            </w:r>
          </w:p>
        </w:tc>
        <w:tc>
          <w:tcPr>
            <w:tcW w:w="3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4F7"/>
            <w:vAlign w:val="center"/>
          </w:tcPr>
          <w:p w14:paraId="09F8C746" w14:textId="77777777" w:rsidR="00791570" w:rsidRDefault="0079157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rtl/>
              </w:rPr>
              <w:t>اسم المتعلم</w:t>
            </w:r>
          </w:p>
        </w:tc>
        <w:tc>
          <w:tcPr>
            <w:tcW w:w="3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4EC"/>
            <w:vAlign w:val="center"/>
          </w:tcPr>
          <w:p w14:paraId="28018F3D" w14:textId="77777777" w:rsidR="00791570" w:rsidRDefault="0079157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t>القسم الأول (الأسابيع الستة الأولى)</w:t>
            </w:r>
          </w:p>
        </w:tc>
        <w:tc>
          <w:tcPr>
            <w:tcW w:w="40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4FA"/>
            <w:vAlign w:val="center"/>
          </w:tcPr>
          <w:p w14:paraId="5EE0E396" w14:textId="77777777" w:rsidR="00791570" w:rsidRDefault="0079157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t>القسم الثاني (الأسابيع الستة الثانية)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8E7"/>
            <w:vAlign w:val="center"/>
          </w:tcPr>
          <w:p w14:paraId="7487D5D1" w14:textId="77777777" w:rsidR="00791570" w:rsidRDefault="0079157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مجموع</w:t>
            </w: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br/>
              <w:t>درجات</w:t>
            </w: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br/>
              <w:t>الأعمال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DEC"/>
            <w:vAlign w:val="center"/>
          </w:tcPr>
          <w:p w14:paraId="1A22BB73" w14:textId="77777777" w:rsidR="00791570" w:rsidRDefault="0079157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التقييم</w:t>
            </w: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br/>
              <w:t>النهائي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5F7"/>
            <w:vAlign w:val="center"/>
          </w:tcPr>
          <w:p w14:paraId="417DDC74" w14:textId="77777777" w:rsidR="00791570" w:rsidRDefault="0079157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t>الدرجة</w:t>
            </w: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br/>
              <w:t>النهائية</w:t>
            </w:r>
          </w:p>
        </w:tc>
      </w:tr>
      <w:tr w:rsidR="00791570" w14:paraId="789EA6CF" w14:textId="77777777" w:rsidTr="003E1BD7">
        <w:trPr>
          <w:trHeight w:val="1385"/>
          <w:tblHeader/>
          <w:jc w:val="center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A31D88" w14:textId="77777777" w:rsidR="00791570" w:rsidRDefault="00791570"/>
        </w:tc>
        <w:tc>
          <w:tcPr>
            <w:tcW w:w="33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B0D600" w14:textId="77777777" w:rsidR="00791570" w:rsidRDefault="00791570"/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4EC"/>
            <w:textDirection w:val="btLr"/>
            <w:vAlign w:val="center"/>
          </w:tcPr>
          <w:p w14:paraId="1E0EB7E9" w14:textId="77777777" w:rsidR="00791570" w:rsidRDefault="0079157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8"/>
                <w:rtl/>
              </w:rPr>
              <w:t>السلوك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4EC"/>
            <w:textDirection w:val="btLr"/>
            <w:vAlign w:val="center"/>
          </w:tcPr>
          <w:p w14:paraId="35B22D6D" w14:textId="77777777" w:rsidR="00791570" w:rsidRDefault="0079157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8"/>
                <w:rtl/>
              </w:rPr>
              <w:t>المشاركة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4EC"/>
            <w:textDirection w:val="btLr"/>
            <w:vAlign w:val="center"/>
          </w:tcPr>
          <w:p w14:paraId="0F8588E4" w14:textId="77777777" w:rsidR="00791570" w:rsidRDefault="0079157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8"/>
                <w:rtl/>
              </w:rPr>
              <w:t>الواجبات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4EC"/>
            <w:textDirection w:val="btLr"/>
            <w:vAlign w:val="center"/>
          </w:tcPr>
          <w:p w14:paraId="10E14196" w14:textId="77777777" w:rsidR="00791570" w:rsidRDefault="0079157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7"/>
                <w:rtl/>
              </w:rPr>
              <w:t>الاختبار القصير (١)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4FA"/>
            <w:textDirection w:val="btLr"/>
            <w:vAlign w:val="center"/>
          </w:tcPr>
          <w:p w14:paraId="2C9DD828" w14:textId="77777777" w:rsidR="00791570" w:rsidRDefault="0079157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8"/>
                <w:rtl/>
              </w:rPr>
              <w:t>السلوك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4FA"/>
            <w:textDirection w:val="btLr"/>
            <w:vAlign w:val="center"/>
          </w:tcPr>
          <w:p w14:paraId="3E7A4701" w14:textId="77777777" w:rsidR="00791570" w:rsidRDefault="0079157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8"/>
                <w:rtl/>
              </w:rPr>
              <w:t>المشاركة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4FA"/>
            <w:textDirection w:val="btLr"/>
            <w:vAlign w:val="center"/>
          </w:tcPr>
          <w:p w14:paraId="7402CE59" w14:textId="77777777" w:rsidR="00791570" w:rsidRDefault="0079157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8"/>
                <w:rtl/>
              </w:rPr>
              <w:t>الواجبات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4FA"/>
            <w:textDirection w:val="btLr"/>
            <w:vAlign w:val="center"/>
          </w:tcPr>
          <w:p w14:paraId="2AB31622" w14:textId="77777777" w:rsidR="00791570" w:rsidRDefault="0079157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7"/>
                <w:rtl/>
              </w:rPr>
              <w:t>الاختبار القصير (٢)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4FA"/>
            <w:textDirection w:val="btLr"/>
            <w:vAlign w:val="center"/>
          </w:tcPr>
          <w:p w14:paraId="3364DC1C" w14:textId="77777777" w:rsidR="00791570" w:rsidRDefault="0079157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8"/>
                <w:rtl/>
              </w:rPr>
              <w:t>المشاريع</w:t>
            </w: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FC22" w14:textId="77777777" w:rsidR="00791570" w:rsidRDefault="00791570"/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DEC"/>
            <w:textDirection w:val="btLr"/>
            <w:vAlign w:val="center"/>
          </w:tcPr>
          <w:p w14:paraId="6D4175A5" w14:textId="77777777" w:rsidR="00791570" w:rsidRDefault="0079157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7"/>
                <w:rtl/>
              </w:rPr>
              <w:t>امتحان نهاية</w:t>
            </w:r>
            <w:r>
              <w:rPr>
                <w:rFonts w:ascii="Traditional Arabic" w:hAnsi="Traditional Arabic" w:cs="Traditional Arabic"/>
                <w:b/>
                <w:color w:val="000000"/>
                <w:sz w:val="17"/>
                <w:rtl/>
              </w:rPr>
              <w:br/>
              <w:t>الفصل الدراسي</w:t>
            </w: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3E38" w14:textId="77777777" w:rsidR="00791570" w:rsidRDefault="00791570"/>
        </w:tc>
      </w:tr>
      <w:tr w:rsidR="00791570" w14:paraId="1B14FCB9" w14:textId="77777777" w:rsidTr="003E1BD7">
        <w:trPr>
          <w:tblHeader/>
          <w:jc w:val="center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7"/>
            <w:vAlign w:val="center"/>
          </w:tcPr>
          <w:p w14:paraId="79724371" w14:textId="5798AC64" w:rsidR="00791570" w:rsidRDefault="00791570">
            <w:pPr>
              <w:bidi/>
              <w:spacing w:after="0" w:line="240" w:lineRule="auto"/>
              <w:jc w:val="center"/>
            </w:pPr>
          </w:p>
        </w:tc>
        <w:tc>
          <w:tcPr>
            <w:tcW w:w="33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7"/>
            <w:vAlign w:val="center"/>
          </w:tcPr>
          <w:p w14:paraId="2F923AB7" w14:textId="345C64ED" w:rsidR="00791570" w:rsidRDefault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4EC"/>
            <w:vAlign w:val="center"/>
          </w:tcPr>
          <w:p w14:paraId="17E35147" w14:textId="77777777" w:rsidR="00791570" w:rsidRDefault="0079157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t>٣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4EC"/>
            <w:vAlign w:val="center"/>
          </w:tcPr>
          <w:p w14:paraId="06B1DF9F" w14:textId="77777777" w:rsidR="00791570" w:rsidRDefault="0079157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t>٤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4EC"/>
            <w:vAlign w:val="center"/>
          </w:tcPr>
          <w:p w14:paraId="70DC8D88" w14:textId="77777777" w:rsidR="00791570" w:rsidRDefault="0079157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t>٤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4EC"/>
            <w:vAlign w:val="center"/>
          </w:tcPr>
          <w:p w14:paraId="582E9224" w14:textId="77777777" w:rsidR="00791570" w:rsidRDefault="0079157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t>١٠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4FA"/>
            <w:vAlign w:val="center"/>
          </w:tcPr>
          <w:p w14:paraId="0DA9531C" w14:textId="77777777" w:rsidR="00791570" w:rsidRDefault="0079157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t>٣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4FA"/>
            <w:vAlign w:val="center"/>
          </w:tcPr>
          <w:p w14:paraId="33E61F75" w14:textId="77777777" w:rsidR="00791570" w:rsidRDefault="0079157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t>٤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4FA"/>
            <w:vAlign w:val="center"/>
          </w:tcPr>
          <w:p w14:paraId="1E518D85" w14:textId="77777777" w:rsidR="00791570" w:rsidRDefault="0079157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t>٤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4FA"/>
            <w:vAlign w:val="center"/>
          </w:tcPr>
          <w:p w14:paraId="39AEDBC4" w14:textId="77777777" w:rsidR="00791570" w:rsidRDefault="0079157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t>١٠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4FA"/>
            <w:vAlign w:val="center"/>
          </w:tcPr>
          <w:p w14:paraId="0431CDBE" w14:textId="77777777" w:rsidR="00791570" w:rsidRDefault="0079157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t>٨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8E7"/>
            <w:vAlign w:val="center"/>
          </w:tcPr>
          <w:p w14:paraId="05AE95D8" w14:textId="77777777" w:rsidR="00791570" w:rsidRDefault="0079157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t>٥٠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DEC"/>
            <w:vAlign w:val="center"/>
          </w:tcPr>
          <w:p w14:paraId="15B72C34" w14:textId="77777777" w:rsidR="00791570" w:rsidRDefault="0079157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t>٥٠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5F7"/>
            <w:vAlign w:val="center"/>
          </w:tcPr>
          <w:p w14:paraId="2F278B3A" w14:textId="77777777" w:rsidR="00791570" w:rsidRDefault="0079157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t>١٠٠</w:t>
            </w:r>
          </w:p>
        </w:tc>
      </w:tr>
      <w:tr w:rsidR="00F65D6A" w14:paraId="3B28FCDD" w14:textId="77777777" w:rsidTr="00791570">
        <w:trPr>
          <w:trHeight w:val="432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F301815" w14:textId="77777777" w:rsidR="00F65D6A" w:rsidRDefault="0000000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1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43188D0F" w14:textId="77777777" w:rsidR="00F65D6A" w:rsidRDefault="00F65D6A">
            <w:pPr>
              <w:bidi/>
              <w:spacing w:after="0" w:line="240" w:lineRule="auto"/>
              <w:jc w:val="right"/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1FE85177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2E8A13FB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022D3E2F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1CB734D1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3B72020E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1FC5B28C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7E5F6811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2D2851C2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7ED5436F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688EFDC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E66B28C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24DC86B8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</w:tr>
      <w:tr w:rsidR="00F65D6A" w14:paraId="672FBD5A" w14:textId="77777777" w:rsidTr="00791570">
        <w:trPr>
          <w:trHeight w:val="432"/>
          <w:jc w:val="center"/>
        </w:trPr>
        <w:tc>
          <w:tcPr>
            <w:tcW w:w="57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AFAFA"/>
            <w:vAlign w:val="center"/>
          </w:tcPr>
          <w:p w14:paraId="2E7970B8" w14:textId="77777777" w:rsidR="00F65D6A" w:rsidRDefault="0000000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2</w:t>
            </w:r>
          </w:p>
        </w:tc>
        <w:tc>
          <w:tcPr>
            <w:tcW w:w="331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AFAFA"/>
            <w:vAlign w:val="center"/>
          </w:tcPr>
          <w:p w14:paraId="03E612CC" w14:textId="77777777" w:rsidR="00F65D6A" w:rsidRDefault="00F65D6A">
            <w:pPr>
              <w:bidi/>
              <w:spacing w:after="0" w:line="240" w:lineRule="auto"/>
              <w:jc w:val="right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2C6BC852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3DF0ABB6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54F82841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4F2D15DC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0FAC875F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68D1F0F2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59155EE9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23E6F92C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6EF1CF5E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4DAD46CD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0B8217D8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18D96621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</w:tr>
      <w:tr w:rsidR="00F65D6A" w14:paraId="07462594" w14:textId="77777777" w:rsidTr="00791570">
        <w:trPr>
          <w:trHeight w:val="432"/>
          <w:jc w:val="center"/>
        </w:trPr>
        <w:tc>
          <w:tcPr>
            <w:tcW w:w="57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2D801CD5" w14:textId="77777777" w:rsidR="00F65D6A" w:rsidRDefault="0000000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3</w:t>
            </w:r>
          </w:p>
        </w:tc>
        <w:tc>
          <w:tcPr>
            <w:tcW w:w="331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26DEE9E0" w14:textId="77777777" w:rsidR="00F65D6A" w:rsidRDefault="00F65D6A">
            <w:pPr>
              <w:bidi/>
              <w:spacing w:after="0" w:line="240" w:lineRule="auto"/>
              <w:jc w:val="right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50BF0FB0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4CC9C08F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72ECFDD2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08D25342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7D0C919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6FBF6772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1CF0766E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4FFC10BC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141ACDAC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6350FD00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506C7B6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60285B5F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</w:tr>
      <w:tr w:rsidR="00F65D6A" w14:paraId="07A0CAF5" w14:textId="77777777" w:rsidTr="00791570">
        <w:trPr>
          <w:trHeight w:val="432"/>
          <w:jc w:val="center"/>
        </w:trPr>
        <w:tc>
          <w:tcPr>
            <w:tcW w:w="57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AFAFA"/>
            <w:vAlign w:val="center"/>
          </w:tcPr>
          <w:p w14:paraId="291C5EFB" w14:textId="77777777" w:rsidR="00F65D6A" w:rsidRDefault="0000000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4</w:t>
            </w:r>
          </w:p>
        </w:tc>
        <w:tc>
          <w:tcPr>
            <w:tcW w:w="331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AFAFA"/>
            <w:vAlign w:val="center"/>
          </w:tcPr>
          <w:p w14:paraId="40749036" w14:textId="77777777" w:rsidR="00F65D6A" w:rsidRDefault="00F65D6A">
            <w:pPr>
              <w:bidi/>
              <w:spacing w:after="0" w:line="240" w:lineRule="auto"/>
              <w:jc w:val="right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52CD36F7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25C28949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33196A0C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71060E7F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10670A90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5C0CE37E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758046EA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552D7FA9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4D874B96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5A6BA77C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6F0532C2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35794034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</w:tr>
      <w:tr w:rsidR="00F65D6A" w14:paraId="1BE19031" w14:textId="77777777" w:rsidTr="00791570">
        <w:trPr>
          <w:trHeight w:val="432"/>
          <w:jc w:val="center"/>
        </w:trPr>
        <w:tc>
          <w:tcPr>
            <w:tcW w:w="57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E96D818" w14:textId="77777777" w:rsidR="00F65D6A" w:rsidRDefault="0000000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5</w:t>
            </w:r>
          </w:p>
        </w:tc>
        <w:tc>
          <w:tcPr>
            <w:tcW w:w="331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BECE84F" w14:textId="77777777" w:rsidR="00F65D6A" w:rsidRDefault="00F65D6A">
            <w:pPr>
              <w:bidi/>
              <w:spacing w:after="0" w:line="240" w:lineRule="auto"/>
              <w:jc w:val="right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0A990581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2B74E16F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3DF92250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19A61960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14284833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68669B93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436B4871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5C7026D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3EB4CE3D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958CE4E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1EEF5F81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602F912F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</w:tr>
      <w:tr w:rsidR="00F65D6A" w14:paraId="0B7AA540" w14:textId="77777777" w:rsidTr="00791570">
        <w:trPr>
          <w:trHeight w:val="432"/>
          <w:jc w:val="center"/>
        </w:trPr>
        <w:tc>
          <w:tcPr>
            <w:tcW w:w="57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AFAFA"/>
            <w:vAlign w:val="center"/>
          </w:tcPr>
          <w:p w14:paraId="376572A8" w14:textId="77777777" w:rsidR="00F65D6A" w:rsidRDefault="0000000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6</w:t>
            </w:r>
          </w:p>
        </w:tc>
        <w:tc>
          <w:tcPr>
            <w:tcW w:w="331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AFAFA"/>
            <w:vAlign w:val="center"/>
          </w:tcPr>
          <w:p w14:paraId="49EC5C1D" w14:textId="77777777" w:rsidR="00F65D6A" w:rsidRDefault="00F65D6A">
            <w:pPr>
              <w:bidi/>
              <w:spacing w:after="0" w:line="240" w:lineRule="auto"/>
              <w:jc w:val="right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0B96B083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2EFE3B40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6A33DFC9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631D248B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700FD25E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2A06533D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4FB42500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4CFC42AC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049699E1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2099F49A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4D4983B3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184E3602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</w:tr>
      <w:tr w:rsidR="00F65D6A" w14:paraId="5169A39D" w14:textId="77777777" w:rsidTr="00791570">
        <w:trPr>
          <w:trHeight w:val="432"/>
          <w:jc w:val="center"/>
        </w:trPr>
        <w:tc>
          <w:tcPr>
            <w:tcW w:w="57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7B223667" w14:textId="77777777" w:rsidR="00F65D6A" w:rsidRDefault="0000000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7</w:t>
            </w:r>
          </w:p>
        </w:tc>
        <w:tc>
          <w:tcPr>
            <w:tcW w:w="331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6A8E096C" w14:textId="77777777" w:rsidR="00F65D6A" w:rsidRDefault="00F65D6A">
            <w:pPr>
              <w:bidi/>
              <w:spacing w:after="0" w:line="240" w:lineRule="auto"/>
              <w:jc w:val="right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60C65C0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04A857B6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4939963E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41459A0C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263389D0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223AC708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43F248E9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40E3E5AA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1EE8E7E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7DD222F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9753793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60E1CC5B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</w:tr>
      <w:tr w:rsidR="00F65D6A" w14:paraId="4192B44F" w14:textId="77777777" w:rsidTr="00791570">
        <w:trPr>
          <w:trHeight w:val="432"/>
          <w:jc w:val="center"/>
        </w:trPr>
        <w:tc>
          <w:tcPr>
            <w:tcW w:w="57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AFAFA"/>
            <w:vAlign w:val="center"/>
          </w:tcPr>
          <w:p w14:paraId="5CB68EBB" w14:textId="77777777" w:rsidR="00F65D6A" w:rsidRDefault="0000000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8</w:t>
            </w:r>
          </w:p>
        </w:tc>
        <w:tc>
          <w:tcPr>
            <w:tcW w:w="331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AFAFA"/>
            <w:vAlign w:val="center"/>
          </w:tcPr>
          <w:p w14:paraId="628E8DD3" w14:textId="77777777" w:rsidR="00F65D6A" w:rsidRDefault="00F65D6A">
            <w:pPr>
              <w:bidi/>
              <w:spacing w:after="0" w:line="240" w:lineRule="auto"/>
              <w:jc w:val="right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11E3B517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67A6FA3C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0BDAC98F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63732CCB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548A4A47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58505A29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1D9FC4F7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15540B0E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5438CAF6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21CF2605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22F261D0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479F33CA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</w:tr>
      <w:tr w:rsidR="00F65D6A" w14:paraId="068EE72D" w14:textId="77777777" w:rsidTr="00791570">
        <w:trPr>
          <w:trHeight w:val="432"/>
          <w:jc w:val="center"/>
        </w:trPr>
        <w:tc>
          <w:tcPr>
            <w:tcW w:w="57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41C1211" w14:textId="77777777" w:rsidR="00F65D6A" w:rsidRDefault="0000000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9</w:t>
            </w:r>
          </w:p>
        </w:tc>
        <w:tc>
          <w:tcPr>
            <w:tcW w:w="331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3EDE813" w14:textId="77777777" w:rsidR="00F65D6A" w:rsidRDefault="00F65D6A">
            <w:pPr>
              <w:bidi/>
              <w:spacing w:after="0" w:line="240" w:lineRule="auto"/>
              <w:jc w:val="right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48ECE8D5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43AD1B9B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308D62F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50DB0D9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594664A0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7C8F2843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1B087FE3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301EF085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2DFDFBFA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3B8819D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85104B4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72E4EB9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</w:tr>
      <w:tr w:rsidR="00F65D6A" w14:paraId="5A5A8736" w14:textId="77777777" w:rsidTr="00791570">
        <w:trPr>
          <w:trHeight w:val="432"/>
          <w:jc w:val="center"/>
        </w:trPr>
        <w:tc>
          <w:tcPr>
            <w:tcW w:w="57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AFAFA"/>
            <w:vAlign w:val="center"/>
          </w:tcPr>
          <w:p w14:paraId="33476644" w14:textId="77777777" w:rsidR="00F65D6A" w:rsidRDefault="0000000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10</w:t>
            </w:r>
          </w:p>
        </w:tc>
        <w:tc>
          <w:tcPr>
            <w:tcW w:w="331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AFAFA"/>
            <w:vAlign w:val="center"/>
          </w:tcPr>
          <w:p w14:paraId="552B0C07" w14:textId="77777777" w:rsidR="00F65D6A" w:rsidRDefault="00F65D6A">
            <w:pPr>
              <w:bidi/>
              <w:spacing w:after="0" w:line="240" w:lineRule="auto"/>
              <w:jc w:val="right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6F7953C3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1C8F5D46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42F9FC9A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0B5C864D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7798F017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413FA46E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4193F663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6460196A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55BBF576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26C496AC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5ED5000D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2C6FDC13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</w:tr>
      <w:tr w:rsidR="00F65D6A" w14:paraId="4E2C1E28" w14:textId="77777777" w:rsidTr="00791570">
        <w:trPr>
          <w:trHeight w:val="432"/>
          <w:jc w:val="center"/>
        </w:trPr>
        <w:tc>
          <w:tcPr>
            <w:tcW w:w="57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E02194D" w14:textId="77777777" w:rsidR="00F65D6A" w:rsidRDefault="0000000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11</w:t>
            </w:r>
          </w:p>
        </w:tc>
        <w:tc>
          <w:tcPr>
            <w:tcW w:w="331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11919463" w14:textId="77777777" w:rsidR="00F65D6A" w:rsidRDefault="00F65D6A">
            <w:pPr>
              <w:bidi/>
              <w:spacing w:after="0" w:line="240" w:lineRule="auto"/>
              <w:jc w:val="right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18F665A5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3FA62FF3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58A6247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08E9384E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7621BB22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7150D67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4DAFDA3F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6E5474B5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390E2B15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6F978AAF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23B05569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EC95E1C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</w:tr>
      <w:tr w:rsidR="00F65D6A" w14:paraId="04E6939E" w14:textId="77777777" w:rsidTr="00791570">
        <w:trPr>
          <w:trHeight w:val="432"/>
          <w:jc w:val="center"/>
        </w:trPr>
        <w:tc>
          <w:tcPr>
            <w:tcW w:w="57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AFAFA"/>
            <w:vAlign w:val="center"/>
          </w:tcPr>
          <w:p w14:paraId="0D8DB109" w14:textId="77777777" w:rsidR="00F65D6A" w:rsidRDefault="0000000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12</w:t>
            </w:r>
          </w:p>
        </w:tc>
        <w:tc>
          <w:tcPr>
            <w:tcW w:w="331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AFAFA"/>
            <w:vAlign w:val="center"/>
          </w:tcPr>
          <w:p w14:paraId="0FCD6B35" w14:textId="77777777" w:rsidR="00F65D6A" w:rsidRDefault="00F65D6A">
            <w:pPr>
              <w:bidi/>
              <w:spacing w:after="0" w:line="240" w:lineRule="auto"/>
              <w:jc w:val="right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569687ED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67E9675C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002F3394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2DDA719C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30453408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69E9EE45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4E66C553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57ACEF72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206AD0A4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3CD2F074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035F79EC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00D4F5CE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</w:tr>
      <w:tr w:rsidR="00F65D6A" w14:paraId="7CAED3E6" w14:textId="77777777" w:rsidTr="00791570">
        <w:trPr>
          <w:trHeight w:val="432"/>
          <w:jc w:val="center"/>
        </w:trPr>
        <w:tc>
          <w:tcPr>
            <w:tcW w:w="57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1CB9B538" w14:textId="77777777" w:rsidR="00F65D6A" w:rsidRDefault="0000000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13</w:t>
            </w:r>
          </w:p>
        </w:tc>
        <w:tc>
          <w:tcPr>
            <w:tcW w:w="331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1B69F9C0" w14:textId="77777777" w:rsidR="00F65D6A" w:rsidRDefault="00F65D6A">
            <w:pPr>
              <w:bidi/>
              <w:spacing w:after="0" w:line="240" w:lineRule="auto"/>
              <w:jc w:val="right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4B9EEB1E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2AAEAE1C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0A5A3FFE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4355A241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473E6D2E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40EF682F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3B7CB12F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39A6374F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38A4A65E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1F8F47BB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6BF93C5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E94C74F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</w:tr>
      <w:tr w:rsidR="00F65D6A" w14:paraId="0C0F14A3" w14:textId="77777777" w:rsidTr="00791570">
        <w:trPr>
          <w:trHeight w:val="432"/>
          <w:jc w:val="center"/>
        </w:trPr>
        <w:tc>
          <w:tcPr>
            <w:tcW w:w="57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AFAFA"/>
            <w:vAlign w:val="center"/>
          </w:tcPr>
          <w:p w14:paraId="5A041337" w14:textId="77777777" w:rsidR="00F65D6A" w:rsidRDefault="0000000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14</w:t>
            </w:r>
          </w:p>
        </w:tc>
        <w:tc>
          <w:tcPr>
            <w:tcW w:w="331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AFAFA"/>
            <w:vAlign w:val="center"/>
          </w:tcPr>
          <w:p w14:paraId="69621E23" w14:textId="77777777" w:rsidR="00F65D6A" w:rsidRDefault="00F65D6A">
            <w:pPr>
              <w:bidi/>
              <w:spacing w:after="0" w:line="240" w:lineRule="auto"/>
              <w:jc w:val="right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742B19E6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348D900E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35DC3A89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5CBE5E41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0E32BE34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4BB79B85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5DD613DB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78C4B0E4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2CC31018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524D2689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74CC29FC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5773AF0B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</w:tr>
      <w:tr w:rsidR="00F65D6A" w14:paraId="119106B0" w14:textId="77777777" w:rsidTr="00791570">
        <w:trPr>
          <w:trHeight w:val="432"/>
          <w:jc w:val="center"/>
        </w:trPr>
        <w:tc>
          <w:tcPr>
            <w:tcW w:w="57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9976A50" w14:textId="77777777" w:rsidR="00F65D6A" w:rsidRDefault="0000000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15</w:t>
            </w:r>
          </w:p>
        </w:tc>
        <w:tc>
          <w:tcPr>
            <w:tcW w:w="331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0D64247" w14:textId="77777777" w:rsidR="00F65D6A" w:rsidRDefault="00F65D6A">
            <w:pPr>
              <w:bidi/>
              <w:spacing w:after="0" w:line="240" w:lineRule="auto"/>
              <w:jc w:val="right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36B94EA6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7E0AFA43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062FDE58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75718F23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208D2242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61681138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706989FA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1BDF2698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5AD868EA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B3DAEBA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4864E79E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62166E44" w14:textId="77777777" w:rsidR="00F65D6A" w:rsidRDefault="00F65D6A">
            <w:pPr>
              <w:bidi/>
              <w:spacing w:after="0" w:line="240" w:lineRule="auto"/>
              <w:jc w:val="center"/>
            </w:pPr>
          </w:p>
        </w:tc>
      </w:tr>
      <w:tr w:rsidR="00791570" w14:paraId="5D229EA2" w14:textId="77777777" w:rsidTr="00791570">
        <w:trPr>
          <w:trHeight w:val="432"/>
          <w:jc w:val="center"/>
        </w:trPr>
        <w:tc>
          <w:tcPr>
            <w:tcW w:w="57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227F5343" w14:textId="34B464B0" w:rsidR="00791570" w:rsidRDefault="00791570" w:rsidP="00791570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lastRenderedPageBreak/>
              <w:t>16</w:t>
            </w:r>
          </w:p>
        </w:tc>
        <w:tc>
          <w:tcPr>
            <w:tcW w:w="331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9AA0736" w14:textId="77777777" w:rsidR="00791570" w:rsidRDefault="00791570" w:rsidP="00791570">
            <w:pPr>
              <w:bidi/>
              <w:spacing w:after="0" w:line="240" w:lineRule="auto"/>
              <w:jc w:val="right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5AE35C3C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5F565DC9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0F58C8C1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5C1A5AB2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7A163C8C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421DB78D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9177D42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652D0911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BC1C4F2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23AD1D61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434CE52F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780118D5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</w:tr>
      <w:tr w:rsidR="00791570" w14:paraId="3F0C869B" w14:textId="77777777" w:rsidTr="00791570">
        <w:trPr>
          <w:trHeight w:val="432"/>
          <w:jc w:val="center"/>
        </w:trPr>
        <w:tc>
          <w:tcPr>
            <w:tcW w:w="57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7C51C822" w14:textId="0787884F" w:rsidR="00791570" w:rsidRDefault="00791570" w:rsidP="00791570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17</w:t>
            </w:r>
          </w:p>
        </w:tc>
        <w:tc>
          <w:tcPr>
            <w:tcW w:w="331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6877C114" w14:textId="77777777" w:rsidR="00791570" w:rsidRDefault="00791570" w:rsidP="00791570">
            <w:pPr>
              <w:bidi/>
              <w:spacing w:after="0" w:line="240" w:lineRule="auto"/>
              <w:jc w:val="right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5536F880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38E83758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3F9FF393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7650289D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7C33038C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4C1BFD15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68C8E5C5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7E2399EB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36D4C708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1BE43EB9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1E46F741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23884D5C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</w:tr>
      <w:tr w:rsidR="00791570" w14:paraId="426E4962" w14:textId="77777777" w:rsidTr="00791570">
        <w:trPr>
          <w:trHeight w:val="432"/>
          <w:jc w:val="center"/>
        </w:trPr>
        <w:tc>
          <w:tcPr>
            <w:tcW w:w="57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DC3A880" w14:textId="75850667" w:rsidR="00791570" w:rsidRDefault="00791570" w:rsidP="00791570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18</w:t>
            </w:r>
          </w:p>
        </w:tc>
        <w:tc>
          <w:tcPr>
            <w:tcW w:w="331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6240FBE" w14:textId="77777777" w:rsidR="00791570" w:rsidRDefault="00791570" w:rsidP="00791570">
            <w:pPr>
              <w:bidi/>
              <w:spacing w:after="0" w:line="240" w:lineRule="auto"/>
              <w:jc w:val="right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207CAC50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9EB4D0E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02F803AE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7FB1EBC5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67AEE24C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3B2C6696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31684E54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991AB16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345D11CE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7180E91E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797C2991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2B53A1AE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</w:tr>
      <w:tr w:rsidR="00791570" w14:paraId="6AA72832" w14:textId="77777777" w:rsidTr="00791570">
        <w:trPr>
          <w:trHeight w:val="432"/>
          <w:jc w:val="center"/>
        </w:trPr>
        <w:tc>
          <w:tcPr>
            <w:tcW w:w="57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1AC5ABB5" w14:textId="0B53971B" w:rsidR="00791570" w:rsidRDefault="00791570" w:rsidP="00791570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19</w:t>
            </w:r>
          </w:p>
        </w:tc>
        <w:tc>
          <w:tcPr>
            <w:tcW w:w="331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2C58F83A" w14:textId="77777777" w:rsidR="00791570" w:rsidRDefault="00791570" w:rsidP="00791570">
            <w:pPr>
              <w:bidi/>
              <w:spacing w:after="0" w:line="240" w:lineRule="auto"/>
              <w:jc w:val="right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C3788C2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29866374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23A21F0D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1D8DFB42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6AECDC08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1BC1FC92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7C03229C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1F53B602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697A1D9A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CCE839A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699B5893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7A1F0FF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</w:tr>
      <w:tr w:rsidR="00791570" w14:paraId="284D6F00" w14:textId="77777777" w:rsidTr="00791570">
        <w:trPr>
          <w:trHeight w:val="432"/>
          <w:jc w:val="center"/>
        </w:trPr>
        <w:tc>
          <w:tcPr>
            <w:tcW w:w="57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457D89FE" w14:textId="20D899B0" w:rsidR="00791570" w:rsidRDefault="00791570" w:rsidP="00791570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20</w:t>
            </w:r>
          </w:p>
        </w:tc>
        <w:tc>
          <w:tcPr>
            <w:tcW w:w="331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7C23B6E7" w14:textId="77777777" w:rsidR="00791570" w:rsidRDefault="00791570" w:rsidP="00791570">
            <w:pPr>
              <w:bidi/>
              <w:spacing w:after="0" w:line="240" w:lineRule="auto"/>
              <w:jc w:val="right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012CAFC3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2A5F786D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2B9BA400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0CEF4E09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539169AD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C8FEF19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8D45AC4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55AACC05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1461CC36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6E3F8C8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72CBB6DE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C3354EB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</w:tr>
      <w:tr w:rsidR="00791570" w14:paraId="34522911" w14:textId="77777777" w:rsidTr="00791570">
        <w:trPr>
          <w:trHeight w:val="432"/>
          <w:jc w:val="center"/>
        </w:trPr>
        <w:tc>
          <w:tcPr>
            <w:tcW w:w="57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2C188B66" w14:textId="308CB53A" w:rsidR="00791570" w:rsidRDefault="00791570" w:rsidP="00791570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21</w:t>
            </w:r>
          </w:p>
        </w:tc>
        <w:tc>
          <w:tcPr>
            <w:tcW w:w="331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44A8A0FF" w14:textId="77777777" w:rsidR="00791570" w:rsidRDefault="00791570" w:rsidP="00791570">
            <w:pPr>
              <w:bidi/>
              <w:spacing w:after="0" w:line="240" w:lineRule="auto"/>
              <w:jc w:val="right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1435216B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554FC3FC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701E8AA3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5EB9853A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E38DF36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36D7C5A0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EC56F02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47405813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A7F9B29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C702798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5ABD8CB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CA8D723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</w:tr>
      <w:tr w:rsidR="00791570" w14:paraId="2CEC8439" w14:textId="77777777" w:rsidTr="00791570">
        <w:trPr>
          <w:trHeight w:val="432"/>
          <w:jc w:val="center"/>
        </w:trPr>
        <w:tc>
          <w:tcPr>
            <w:tcW w:w="57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49BCF765" w14:textId="21114611" w:rsidR="00791570" w:rsidRDefault="00791570" w:rsidP="00791570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22</w:t>
            </w:r>
          </w:p>
        </w:tc>
        <w:tc>
          <w:tcPr>
            <w:tcW w:w="331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716BA8C4" w14:textId="77777777" w:rsidR="00791570" w:rsidRDefault="00791570" w:rsidP="00791570">
            <w:pPr>
              <w:bidi/>
              <w:spacing w:after="0" w:line="240" w:lineRule="auto"/>
              <w:jc w:val="right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4A36678E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242F9245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500B392E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599D8AED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BE7918C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4DC76D78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76BF649D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2783DAF1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873056E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FA3F114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F6454E0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1718C93A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</w:tr>
      <w:tr w:rsidR="00791570" w14:paraId="4A6337B0" w14:textId="77777777" w:rsidTr="00791570">
        <w:trPr>
          <w:trHeight w:val="432"/>
          <w:jc w:val="center"/>
        </w:trPr>
        <w:tc>
          <w:tcPr>
            <w:tcW w:w="57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680DC42" w14:textId="2EB9C568" w:rsidR="00791570" w:rsidRDefault="00791570" w:rsidP="00791570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23</w:t>
            </w:r>
          </w:p>
        </w:tc>
        <w:tc>
          <w:tcPr>
            <w:tcW w:w="331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88EB3DC" w14:textId="77777777" w:rsidR="00791570" w:rsidRDefault="00791570" w:rsidP="00791570">
            <w:pPr>
              <w:bidi/>
              <w:spacing w:after="0" w:line="240" w:lineRule="auto"/>
              <w:jc w:val="right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596B744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2019C52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72D6CFDA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35F0C4C6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70B9AD07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1E2FE23A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2E068823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4BA181FA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E0436CE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2B72E4A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877A23A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09760A5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</w:tr>
      <w:tr w:rsidR="00791570" w14:paraId="44509722" w14:textId="77777777" w:rsidTr="00791570">
        <w:trPr>
          <w:trHeight w:val="432"/>
          <w:jc w:val="center"/>
        </w:trPr>
        <w:tc>
          <w:tcPr>
            <w:tcW w:w="57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2ADD84FE" w14:textId="27D6E858" w:rsidR="00791570" w:rsidRDefault="00791570" w:rsidP="00791570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24</w:t>
            </w:r>
          </w:p>
        </w:tc>
        <w:tc>
          <w:tcPr>
            <w:tcW w:w="331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F43CC48" w14:textId="77777777" w:rsidR="00791570" w:rsidRDefault="00791570" w:rsidP="00791570">
            <w:pPr>
              <w:bidi/>
              <w:spacing w:after="0" w:line="240" w:lineRule="auto"/>
              <w:jc w:val="right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3700AEFD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3045E8AB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04FBA9E9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45B2158D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5BF1AE1E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61B1A451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76F99515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5FD948C7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2DC9E7C4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5CD0C24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165794ED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8F90564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</w:tr>
      <w:tr w:rsidR="00791570" w14:paraId="389E4AB2" w14:textId="77777777" w:rsidTr="00791570">
        <w:trPr>
          <w:trHeight w:val="432"/>
          <w:jc w:val="center"/>
        </w:trPr>
        <w:tc>
          <w:tcPr>
            <w:tcW w:w="57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418558C6" w14:textId="7A9C4F55" w:rsidR="00791570" w:rsidRDefault="00791570" w:rsidP="00791570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25</w:t>
            </w:r>
          </w:p>
        </w:tc>
        <w:tc>
          <w:tcPr>
            <w:tcW w:w="331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3AB821E" w14:textId="77777777" w:rsidR="00791570" w:rsidRDefault="00791570" w:rsidP="00791570">
            <w:pPr>
              <w:bidi/>
              <w:spacing w:after="0" w:line="240" w:lineRule="auto"/>
              <w:jc w:val="right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55AB78BD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2E43BB36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7771C435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2810AEE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B8D3909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43D1C950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6224E0FF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3BD875CC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7A2BE0CF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05C4CE7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6FFEFC60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2424F380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</w:tr>
      <w:tr w:rsidR="00791570" w14:paraId="55F4F68B" w14:textId="77777777" w:rsidTr="00791570">
        <w:trPr>
          <w:trHeight w:val="432"/>
          <w:jc w:val="center"/>
        </w:trPr>
        <w:tc>
          <w:tcPr>
            <w:tcW w:w="57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255D8F90" w14:textId="599C6823" w:rsidR="00791570" w:rsidRDefault="00791570" w:rsidP="00791570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26</w:t>
            </w:r>
          </w:p>
        </w:tc>
        <w:tc>
          <w:tcPr>
            <w:tcW w:w="331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11595C49" w14:textId="77777777" w:rsidR="00791570" w:rsidRDefault="00791570" w:rsidP="00791570">
            <w:pPr>
              <w:bidi/>
              <w:spacing w:after="0" w:line="240" w:lineRule="auto"/>
              <w:jc w:val="right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2C360F3F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30F3BC9A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11973C2F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71ECA18D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1DFE8D32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497B6B17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1EC8267A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7F78D6FB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59DC5205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744366F3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8D17003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75C3071E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</w:tr>
      <w:tr w:rsidR="00791570" w14:paraId="17F13EA5" w14:textId="77777777" w:rsidTr="00791570">
        <w:trPr>
          <w:trHeight w:val="432"/>
          <w:jc w:val="center"/>
        </w:trPr>
        <w:tc>
          <w:tcPr>
            <w:tcW w:w="57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633C47C1" w14:textId="6053F515" w:rsidR="00791570" w:rsidRDefault="00791570" w:rsidP="00791570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27</w:t>
            </w:r>
          </w:p>
        </w:tc>
        <w:tc>
          <w:tcPr>
            <w:tcW w:w="331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1A99B1C6" w14:textId="77777777" w:rsidR="00791570" w:rsidRDefault="00791570" w:rsidP="00791570">
            <w:pPr>
              <w:bidi/>
              <w:spacing w:after="0" w:line="240" w:lineRule="auto"/>
              <w:jc w:val="right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1545B9AC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2EF0AC90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218E92D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70B64D85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1CC8CFEB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5EDD33B9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671639BD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5AB1F953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78B6D40B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18F1A39C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91E43A9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69164F68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</w:tr>
      <w:tr w:rsidR="00791570" w14:paraId="16DFBD7D" w14:textId="77777777" w:rsidTr="00791570">
        <w:trPr>
          <w:trHeight w:val="432"/>
          <w:jc w:val="center"/>
        </w:trPr>
        <w:tc>
          <w:tcPr>
            <w:tcW w:w="57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80881AE" w14:textId="0FEE15D3" w:rsidR="00791570" w:rsidRDefault="00791570" w:rsidP="00791570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28</w:t>
            </w:r>
          </w:p>
        </w:tc>
        <w:tc>
          <w:tcPr>
            <w:tcW w:w="331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963CB8C" w14:textId="77777777" w:rsidR="00791570" w:rsidRDefault="00791570" w:rsidP="00791570">
            <w:pPr>
              <w:bidi/>
              <w:spacing w:after="0" w:line="240" w:lineRule="auto"/>
              <w:jc w:val="right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484A3CE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4F8D0FE5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71A799E8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45C851B1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30F2C93F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6D1F3679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6179AFD3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145B12D6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4EE65C6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48C32217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0FF98F0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689AD4B9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</w:tr>
      <w:tr w:rsidR="00791570" w14:paraId="04CB3EEF" w14:textId="77777777" w:rsidTr="00791570">
        <w:trPr>
          <w:trHeight w:val="432"/>
          <w:jc w:val="center"/>
        </w:trPr>
        <w:tc>
          <w:tcPr>
            <w:tcW w:w="57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7F58D00E" w14:textId="3BC80869" w:rsidR="00791570" w:rsidRDefault="00791570" w:rsidP="00791570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29</w:t>
            </w:r>
          </w:p>
        </w:tc>
        <w:tc>
          <w:tcPr>
            <w:tcW w:w="331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D32A8EB" w14:textId="77777777" w:rsidR="00791570" w:rsidRDefault="00791570" w:rsidP="00791570">
            <w:pPr>
              <w:bidi/>
              <w:spacing w:after="0" w:line="240" w:lineRule="auto"/>
              <w:jc w:val="right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B86EE59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3272C844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78799CF6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C877569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23B03AA7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3AC6D5BC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7902688E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6C7218ED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70333A59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78526B14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CE2DD1F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7649B5AA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</w:tr>
      <w:tr w:rsidR="00791570" w14:paraId="3C6A36D1" w14:textId="77777777" w:rsidTr="00791570">
        <w:trPr>
          <w:trHeight w:val="432"/>
          <w:jc w:val="center"/>
        </w:trPr>
        <w:tc>
          <w:tcPr>
            <w:tcW w:w="57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4FBBE3E2" w14:textId="03F765F0" w:rsidR="00791570" w:rsidRDefault="00791570" w:rsidP="00791570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30</w:t>
            </w:r>
          </w:p>
        </w:tc>
        <w:tc>
          <w:tcPr>
            <w:tcW w:w="331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7622427E" w14:textId="77777777" w:rsidR="00791570" w:rsidRDefault="00791570" w:rsidP="00791570">
            <w:pPr>
              <w:bidi/>
              <w:spacing w:after="0" w:line="240" w:lineRule="auto"/>
              <w:jc w:val="right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1B5DE379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7BEC4AA2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32F8131A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720195CC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41DCACA5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49D80165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749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7EBA5628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4D882DE6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89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7C55A3A6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7C740200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97DAD05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5634566" w14:textId="77777777" w:rsidR="00791570" w:rsidRDefault="00791570" w:rsidP="00791570">
            <w:pPr>
              <w:bidi/>
              <w:spacing w:after="0" w:line="240" w:lineRule="auto"/>
              <w:jc w:val="center"/>
            </w:pPr>
          </w:p>
        </w:tc>
      </w:tr>
    </w:tbl>
    <w:p w14:paraId="03BA5B91" w14:textId="77777777" w:rsidR="00F65D6A" w:rsidRDefault="00F65D6A">
      <w:pPr>
        <w:spacing w:before="80" w:after="40" w:line="120" w:lineRule="auto"/>
      </w:pPr>
    </w:p>
    <w:p w14:paraId="2C4C725C" w14:textId="6C036F65" w:rsidR="00F65D6A" w:rsidRDefault="00F65D6A" w:rsidP="00791570"/>
    <w:sectPr w:rsidR="00F65D6A" w:rsidSect="00034616">
      <w:footerReference w:type="default" r:id="rId8"/>
      <w:pgSz w:w="15840" w:h="12240" w:orient="landscape"/>
      <w:pgMar w:top="576" w:right="576" w:bottom="576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07EBA" w14:textId="77777777" w:rsidR="000B62B4" w:rsidRDefault="000B62B4" w:rsidP="00791570">
      <w:pPr>
        <w:spacing w:after="0" w:line="240" w:lineRule="auto"/>
      </w:pPr>
      <w:r>
        <w:separator/>
      </w:r>
    </w:p>
  </w:endnote>
  <w:endnote w:type="continuationSeparator" w:id="0">
    <w:p w14:paraId="6C906424" w14:textId="77777777" w:rsidR="000B62B4" w:rsidRDefault="000B62B4" w:rsidP="00791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iro Light">
    <w:panose1 w:val="00000400000000000000"/>
    <w:charset w:val="00"/>
    <w:family w:val="auto"/>
    <w:pitch w:val="variable"/>
    <w:sig w:usb0="00002007" w:usb1="00000001" w:usb2="00000008" w:usb3="00000000" w:csb0="000000D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7B5BE" w14:textId="6140ABBD" w:rsidR="00791570" w:rsidRPr="00931FB3" w:rsidRDefault="00931FB3" w:rsidP="00931FB3">
    <w:pPr>
      <w:pStyle w:val="a6"/>
      <w:jc w:val="center"/>
      <w:rPr>
        <w:rFonts w:ascii="Cairo Light" w:hAnsi="Cairo Light" w:cs="Cairo Light"/>
        <w:sz w:val="28"/>
        <w:szCs w:val="28"/>
      </w:rPr>
    </w:pPr>
    <w:r w:rsidRPr="00674CD7">
      <w:rPr>
        <w:rFonts w:ascii="Cairo Light" w:hAnsi="Cairo Light" w:cs="Cairo Light"/>
        <w:sz w:val="28"/>
        <w:szCs w:val="28"/>
        <w:rtl/>
      </w:rPr>
      <w:t xml:space="preserve">توقيع المعلم : .....................................         </w:t>
    </w:r>
    <w:r>
      <w:rPr>
        <w:rFonts w:ascii="Cairo Light" w:hAnsi="Cairo Light" w:cs="Cairo Light" w:hint="cs"/>
        <w:sz w:val="28"/>
        <w:szCs w:val="28"/>
        <w:rtl/>
      </w:rPr>
      <w:t xml:space="preserve">                                                                         </w:t>
    </w:r>
    <w:r w:rsidRPr="00674CD7">
      <w:rPr>
        <w:rFonts w:ascii="Cairo Light" w:hAnsi="Cairo Light" w:cs="Cairo Light"/>
        <w:sz w:val="28"/>
        <w:szCs w:val="28"/>
        <w:rtl/>
      </w:rPr>
      <w:t xml:space="preserve">                 </w:t>
    </w:r>
    <w:r w:rsidRPr="00674CD7">
      <w:rPr>
        <w:rFonts w:ascii="Cairo Light" w:hAnsi="Cairo Light" w:cs="Cairo Light" w:hint="cs"/>
        <w:sz w:val="28"/>
        <w:szCs w:val="28"/>
        <w:rtl/>
      </w:rPr>
      <w:t>اعتماد</w:t>
    </w:r>
    <w:r w:rsidRPr="00674CD7">
      <w:rPr>
        <w:rFonts w:ascii="Cairo Light" w:hAnsi="Cairo Light" w:cs="Cairo Light"/>
        <w:sz w:val="28"/>
        <w:szCs w:val="28"/>
        <w:rtl/>
      </w:rPr>
      <w:t xml:space="preserve"> رئيس القسم : ................................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BBDB7" w14:textId="77777777" w:rsidR="000B62B4" w:rsidRDefault="000B62B4" w:rsidP="00791570">
      <w:pPr>
        <w:spacing w:after="0" w:line="240" w:lineRule="auto"/>
      </w:pPr>
      <w:r>
        <w:separator/>
      </w:r>
    </w:p>
  </w:footnote>
  <w:footnote w:type="continuationSeparator" w:id="0">
    <w:p w14:paraId="3AF115E4" w14:textId="77777777" w:rsidR="000B62B4" w:rsidRDefault="000B62B4" w:rsidP="007915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2397335">
    <w:abstractNumId w:val="8"/>
  </w:num>
  <w:num w:numId="2" w16cid:durableId="1962417355">
    <w:abstractNumId w:val="6"/>
  </w:num>
  <w:num w:numId="3" w16cid:durableId="4794488">
    <w:abstractNumId w:val="5"/>
  </w:num>
  <w:num w:numId="4" w16cid:durableId="1655834726">
    <w:abstractNumId w:val="4"/>
  </w:num>
  <w:num w:numId="5" w16cid:durableId="1110198338">
    <w:abstractNumId w:val="7"/>
  </w:num>
  <w:num w:numId="6" w16cid:durableId="848176717">
    <w:abstractNumId w:val="3"/>
  </w:num>
  <w:num w:numId="7" w16cid:durableId="789054090">
    <w:abstractNumId w:val="2"/>
  </w:num>
  <w:num w:numId="8" w16cid:durableId="2111854808">
    <w:abstractNumId w:val="1"/>
  </w:num>
  <w:num w:numId="9" w16cid:durableId="1413896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62B4"/>
    <w:rsid w:val="0015074B"/>
    <w:rsid w:val="001D49DA"/>
    <w:rsid w:val="00291694"/>
    <w:rsid w:val="0029639D"/>
    <w:rsid w:val="00326F90"/>
    <w:rsid w:val="004D191B"/>
    <w:rsid w:val="00791570"/>
    <w:rsid w:val="007F1C84"/>
    <w:rsid w:val="00931FB3"/>
    <w:rsid w:val="00AA1D8D"/>
    <w:rsid w:val="00B07AA5"/>
    <w:rsid w:val="00B47730"/>
    <w:rsid w:val="00CB0664"/>
    <w:rsid w:val="00EE3539"/>
    <w:rsid w:val="00F65D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B3ADFF6"/>
  <w14:defaultImageDpi w14:val="300"/>
  <w15:docId w15:val="{1AE5FD96-BEC6-4ECB-808A-1B123E3F3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العنوان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عنوان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عنوان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العنوان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عنوان فرعي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نص أساسي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نص أساسي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نص أساسي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نص ماكرو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اقتباس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عنوان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عنوان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عنوان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عنوان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عنوان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عنوان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اقتباس مكثف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Haitham Elashamawi</cp:lastModifiedBy>
  <cp:revision>2</cp:revision>
  <cp:lastPrinted>2026-09-23T05:52:00Z</cp:lastPrinted>
  <dcterms:created xsi:type="dcterms:W3CDTF">2026-09-23T06:02:00Z</dcterms:created>
  <dcterms:modified xsi:type="dcterms:W3CDTF">2026-09-23T06:02:00Z</dcterms:modified>
  <cp:category/>
</cp:coreProperties>
</file>